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FE25" w14:textId="77777777" w:rsidR="004D773E" w:rsidRDefault="00447A36">
      <w:pPr>
        <w:jc w:val="center"/>
      </w:pPr>
      <w:r>
        <w:rPr>
          <w:noProof/>
        </w:rPr>
        <w:drawing>
          <wp:inline distT="0" distB="0" distL="0" distR="0" wp14:anchorId="04DC01C2" wp14:editId="0EC04148">
            <wp:extent cx="1497568" cy="1497568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7568" cy="1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79E8" w14:textId="77777777" w:rsidR="004D773E" w:rsidRDefault="00447A36">
      <w:pPr>
        <w:jc w:val="center"/>
      </w:pPr>
      <w:r>
        <w:rPr>
          <w:b/>
          <w:color w:val="7E0FB4"/>
          <w:sz w:val="32"/>
        </w:rPr>
        <w:t>ANMELDEFORMULAR</w:t>
      </w:r>
    </w:p>
    <w:p w14:paraId="4AE1700E" w14:textId="77777777" w:rsidR="004D773E" w:rsidRPr="00447A36" w:rsidRDefault="00447A36">
      <w:pPr>
        <w:jc w:val="center"/>
        <w:rPr>
          <w:sz w:val="24"/>
          <w:szCs w:val="24"/>
        </w:rPr>
      </w:pPr>
      <w:r w:rsidRPr="00447A36">
        <w:rPr>
          <w:sz w:val="24"/>
          <w:szCs w:val="24"/>
        </w:rPr>
        <w:t>Retreat · 03.–06. September 2026</w:t>
      </w:r>
      <w:r w:rsidRPr="00447A36">
        <w:rPr>
          <w:sz w:val="24"/>
          <w:szCs w:val="24"/>
        </w:rPr>
        <w:br/>
        <w:t>Praxis Tina Rabe · Erzgebirge</w:t>
      </w:r>
    </w:p>
    <w:p w14:paraId="45949A75" w14:textId="77777777" w:rsidR="004D773E" w:rsidRPr="00447A36" w:rsidRDefault="00447A36">
      <w:pPr>
        <w:rPr>
          <w:sz w:val="32"/>
          <w:szCs w:val="32"/>
        </w:rPr>
      </w:pPr>
      <w:r w:rsidRPr="00447A36">
        <w:rPr>
          <w:b/>
          <w:color w:val="7E0FB4"/>
          <w:sz w:val="32"/>
          <w:szCs w:val="32"/>
        </w:rPr>
        <w:t>Persönliche Angaben</w:t>
      </w:r>
    </w:p>
    <w:p w14:paraId="70F65E61" w14:textId="77777777" w:rsidR="004D773E" w:rsidRPr="00447A36" w:rsidRDefault="00447A36">
      <w:pPr>
        <w:rPr>
          <w:sz w:val="32"/>
          <w:szCs w:val="32"/>
        </w:rPr>
      </w:pPr>
      <w:r w:rsidRPr="00447A36">
        <w:rPr>
          <w:sz w:val="32"/>
          <w:szCs w:val="32"/>
        </w:rPr>
        <w:t>Name: ______________________________________________</w:t>
      </w:r>
      <w:r w:rsidRPr="00447A36">
        <w:rPr>
          <w:sz w:val="32"/>
          <w:szCs w:val="32"/>
        </w:rPr>
        <w:br/>
        <w:t>Straße / Hausnummer: _________________________________</w:t>
      </w:r>
      <w:r w:rsidRPr="00447A36">
        <w:rPr>
          <w:sz w:val="32"/>
          <w:szCs w:val="32"/>
        </w:rPr>
        <w:br/>
        <w:t xml:space="preserve">PLZ / Ort: </w:t>
      </w:r>
      <w:r w:rsidRPr="00447A36">
        <w:rPr>
          <w:sz w:val="32"/>
          <w:szCs w:val="32"/>
        </w:rPr>
        <w:t>__________________________________________</w:t>
      </w:r>
      <w:r w:rsidRPr="00447A36">
        <w:rPr>
          <w:sz w:val="32"/>
          <w:szCs w:val="32"/>
        </w:rPr>
        <w:br/>
        <w:t>Telefon: ___________________   E-Mail: __________________________</w:t>
      </w:r>
    </w:p>
    <w:p w14:paraId="368FB450" w14:textId="77777777" w:rsidR="004D773E" w:rsidRPr="00447A36" w:rsidRDefault="00447A36">
      <w:pPr>
        <w:rPr>
          <w:sz w:val="32"/>
          <w:szCs w:val="32"/>
        </w:rPr>
      </w:pPr>
      <w:r w:rsidRPr="00447A36">
        <w:rPr>
          <w:b/>
          <w:color w:val="7E0FB4"/>
          <w:sz w:val="32"/>
          <w:szCs w:val="32"/>
        </w:rPr>
        <w:t>Verbindliche Anmeldung</w:t>
      </w:r>
    </w:p>
    <w:p w14:paraId="42052B51" w14:textId="77777777" w:rsidR="004D773E" w:rsidRPr="00447A36" w:rsidRDefault="00447A36">
      <w:pPr>
        <w:rPr>
          <w:sz w:val="32"/>
          <w:szCs w:val="32"/>
        </w:rPr>
      </w:pPr>
      <w:r w:rsidRPr="00447A36">
        <w:rPr>
          <w:sz w:val="32"/>
          <w:szCs w:val="32"/>
        </w:rPr>
        <w:t>☐</w:t>
      </w:r>
      <w:r w:rsidRPr="00447A36">
        <w:rPr>
          <w:sz w:val="32"/>
          <w:szCs w:val="32"/>
        </w:rPr>
        <w:t xml:space="preserve"> Hiermit melde ich mich verbindlich zum Retreat „Der Innere </w:t>
      </w:r>
      <w:proofErr w:type="gramStart"/>
      <w:r w:rsidRPr="00447A36">
        <w:rPr>
          <w:sz w:val="32"/>
          <w:szCs w:val="32"/>
        </w:rPr>
        <w:t>Kompass“ an.</w:t>
      </w:r>
      <w:proofErr w:type="gramEnd"/>
    </w:p>
    <w:p w14:paraId="5B5B9C7D" w14:textId="77777777" w:rsidR="004D773E" w:rsidRPr="00447A36" w:rsidRDefault="00447A36">
      <w:pPr>
        <w:rPr>
          <w:sz w:val="32"/>
          <w:szCs w:val="32"/>
        </w:rPr>
      </w:pPr>
      <w:r w:rsidRPr="00447A36">
        <w:rPr>
          <w:sz w:val="32"/>
          <w:szCs w:val="32"/>
        </w:rPr>
        <w:t>☐</w:t>
      </w:r>
      <w:r w:rsidRPr="00447A36">
        <w:rPr>
          <w:sz w:val="32"/>
          <w:szCs w:val="32"/>
        </w:rPr>
        <w:t xml:space="preserve"> Für mich gilt eine individuell vereinbarte Teiln</w:t>
      </w:r>
      <w:r w:rsidRPr="00447A36">
        <w:rPr>
          <w:sz w:val="32"/>
          <w:szCs w:val="32"/>
        </w:rPr>
        <w:t>ahmegebühr: __________ €</w:t>
      </w:r>
    </w:p>
    <w:p w14:paraId="648F4DFC" w14:textId="77777777" w:rsidR="004D773E" w:rsidRPr="00447A36" w:rsidRDefault="00447A36">
      <w:pPr>
        <w:rPr>
          <w:sz w:val="32"/>
          <w:szCs w:val="32"/>
        </w:rPr>
      </w:pPr>
      <w:r w:rsidRPr="00447A36">
        <w:rPr>
          <w:b/>
          <w:color w:val="7E0FB4"/>
          <w:sz w:val="32"/>
          <w:szCs w:val="32"/>
        </w:rPr>
        <w:t>Zahlung</w:t>
      </w:r>
    </w:p>
    <w:p w14:paraId="68AFAFEF" w14:textId="77777777" w:rsidR="004D773E" w:rsidRPr="00447A36" w:rsidRDefault="00447A36">
      <w:pPr>
        <w:rPr>
          <w:sz w:val="32"/>
          <w:szCs w:val="32"/>
        </w:rPr>
      </w:pPr>
      <w:r w:rsidRPr="00447A36">
        <w:rPr>
          <w:sz w:val="32"/>
          <w:szCs w:val="32"/>
        </w:rPr>
        <w:t>Die Teilnahmegebühr ist spätestens 7 Tage vor Retreatbeginn fällig.</w:t>
      </w:r>
    </w:p>
    <w:p w14:paraId="36FD598A" w14:textId="77777777" w:rsidR="004D773E" w:rsidRPr="00447A36" w:rsidRDefault="00447A36">
      <w:pPr>
        <w:rPr>
          <w:sz w:val="32"/>
          <w:szCs w:val="32"/>
        </w:rPr>
      </w:pPr>
      <w:r w:rsidRPr="00447A36">
        <w:rPr>
          <w:b/>
          <w:color w:val="7E0FB4"/>
          <w:sz w:val="32"/>
          <w:szCs w:val="32"/>
        </w:rPr>
        <w:t>Bestätigung</w:t>
      </w:r>
    </w:p>
    <w:p w14:paraId="3060C452" w14:textId="77777777" w:rsidR="004D773E" w:rsidRPr="00447A36" w:rsidRDefault="00447A36">
      <w:pPr>
        <w:rPr>
          <w:sz w:val="32"/>
          <w:szCs w:val="32"/>
        </w:rPr>
      </w:pPr>
      <w:r w:rsidRPr="00447A36">
        <w:rPr>
          <w:sz w:val="32"/>
          <w:szCs w:val="32"/>
        </w:rPr>
        <w:t>☐</w:t>
      </w:r>
      <w:r w:rsidRPr="00447A36">
        <w:rPr>
          <w:sz w:val="32"/>
          <w:szCs w:val="32"/>
        </w:rPr>
        <w:t xml:space="preserve"> Die AGB habe ich gelesen und erkenne sie an.</w:t>
      </w:r>
      <w:r w:rsidRPr="00447A36">
        <w:rPr>
          <w:sz w:val="32"/>
          <w:szCs w:val="32"/>
        </w:rPr>
        <w:br/>
        <w:t>☐ Ich bin mit der Verarbeitung meiner Daten zur Organisation des Retreats einverstanden.</w:t>
      </w:r>
    </w:p>
    <w:p w14:paraId="0B5858AE" w14:textId="77777777" w:rsidR="004D773E" w:rsidRPr="00447A36" w:rsidRDefault="00447A36">
      <w:pPr>
        <w:rPr>
          <w:sz w:val="32"/>
          <w:szCs w:val="32"/>
        </w:rPr>
      </w:pPr>
      <w:r w:rsidRPr="00447A36">
        <w:rPr>
          <w:b/>
          <w:color w:val="7E0FB4"/>
          <w:sz w:val="32"/>
          <w:szCs w:val="32"/>
        </w:rPr>
        <w:t>Ort · D</w:t>
      </w:r>
      <w:r w:rsidRPr="00447A36">
        <w:rPr>
          <w:b/>
          <w:color w:val="7E0FB4"/>
          <w:sz w:val="32"/>
          <w:szCs w:val="32"/>
        </w:rPr>
        <w:t>atum · Unterschrift</w:t>
      </w:r>
    </w:p>
    <w:p w14:paraId="574ECB59" w14:textId="77777777" w:rsidR="004D773E" w:rsidRPr="00447A36" w:rsidRDefault="00447A36">
      <w:pPr>
        <w:rPr>
          <w:sz w:val="32"/>
          <w:szCs w:val="32"/>
        </w:rPr>
      </w:pPr>
      <w:r w:rsidRPr="00447A36">
        <w:rPr>
          <w:sz w:val="32"/>
          <w:szCs w:val="32"/>
        </w:rPr>
        <w:t>Ort: ______________________   Datum: ______________________</w:t>
      </w:r>
      <w:r w:rsidRPr="00447A36">
        <w:rPr>
          <w:sz w:val="32"/>
          <w:szCs w:val="32"/>
        </w:rPr>
        <w:br/>
      </w:r>
      <w:r w:rsidRPr="00447A36">
        <w:rPr>
          <w:sz w:val="32"/>
          <w:szCs w:val="32"/>
        </w:rPr>
        <w:br/>
        <w:t>Unterschrift: ______________________________________________</w:t>
      </w:r>
    </w:p>
    <w:sectPr w:rsidR="004D773E" w:rsidRPr="00447A36" w:rsidSect="00034616">
      <w:pgSz w:w="12240" w:h="15840"/>
      <w:pgMar w:top="680" w:right="850" w:bottom="680" w:left="8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47A36"/>
    <w:rsid w:val="004D773E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84F9BF"/>
  <w14:defaultImageDpi w14:val="300"/>
  <w15:docId w15:val="{860C6650-F56E-4391-80C5-E9AAC49A4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Sylvia Of</cp:lastModifiedBy>
  <cp:revision>2</cp:revision>
  <dcterms:created xsi:type="dcterms:W3CDTF">2026-07-07T09:47:00Z</dcterms:created>
  <dcterms:modified xsi:type="dcterms:W3CDTF">2026-07-07T09:47:00Z</dcterms:modified>
  <cp:category/>
</cp:coreProperties>
</file>